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מונחון ספרותי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מונחים, מבנה סיפור העם ומאפייני הבלדה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· 2–ו · 3–ד · 4–ה · 5–ז · 6–ח · 7–ג · 8–א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1–האנשה · 2–סיפור עם · 3–שיא · 4–חריזה · 5–פזמון חוזר · 6–משקל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המספרים לפי סדר השורות: 4 · 2 · 3 · 7 · 6 · 1 · 5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שלושה מאפיינים נכונים, כל אחד עם דוגמה מבלדה מן היחידה (למשל "לורד רנדל", "בעין דור").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מונחון ספרותי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מונחים, מבנה סיפור העם ומאפייני הבלדה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מונח להגדרה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מונח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הגדרה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חזרה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השוואה בלי מילת השוואה: דבר אחד נאמר כאילו הוא דבר אחר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אירוניה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מילה, משפט או אירוע שחוזרים כדי להדגיש ולבנות קצב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ניגוד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מבעד לעיניים של מי אנחנו רואים את האירועים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דימוי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העמדה זה מול זה של דברים הפוכים כדי להבליט אותם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עלילה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השוואה בין שני דברים בעזרת מילת השוואה: כמו, כ־, דומה ל־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פער בין מה שנאמר או מצופה לבין מה שקורה באמת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7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נקודת תצפית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ז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רצף האירועים בסיפור והקשר של סיבה ותוצאה ביניהם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8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מטפורה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מידע שהיצירה לא מספרת, והקוראים משלימים בעצמם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השלימו את המונח המתאים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סיפור עם   |   אירוניה   |   האנשה   |   שיא   |   משקל   |   פזמון חוזר   |   חריזה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מתן תכונות של בני אדם לדבר שאינו אדם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סיפור שעבר מפה לאוזן בין דורות, בלי מחבר ידוע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– הרגע המתוח ביותר בעלילה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4) ______ – צלילים זהים בסופי שורות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5) ______ – שורה או בית שחוזרים בשיר או בבלדה שוב ושוב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6) ______ – קצב קבוע של הברות מוטעמות ולא מוטעמות בשורת שיר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מספרו את שלבי סיפור העם לפי הסדר (1 = הראשון).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מספר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שלב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ניסיונות חוזרים – לרוב שלוש פעמים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הצגת הדמויות: דמויות שטוחות, טובה מול רעה, חכם מול טיפש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הבעיה או המשימה: מחסור, חידה או מבחן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מוסר ההשכל: מה למדנו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הסוף: גמול לטובים ועונש לרעים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פתיחה: "היה היה..." – זמן ומקום לא מדויקים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הפתרון: חוכמה, טוב לב או עזרה מפתיעה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4.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מאפייני הבלדה: בחרו שלושה מאפיינים (שיר עלילתי – מספר סיפור, דרמה ומתח, לרוב סוף טרגי, דיאלוג בין דמויות, חזרות ופזמון חוזר…) והראו כל אחד בבלדה שלמדנו.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מונחון ספרותי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מונח אחד שלמדתי היום והסבר שלו: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מונח שעוד קשה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דוגמה לדימוי משלי: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